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Storyboard Template</w:t>
      </w:r>
    </w:p>
    <w:p>
      <w:pPr>
        <w:spacing w:after="160"/>
      </w:pPr>
      <w:r>
        <w:rPr>
          <w:color w:val="5B6873"/>
        </w:rPr>
        <w:t>Sketch or paste a frame into each panel; describe the action and camera notes.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256"/>
      </w:tblGrid>
      <w:tr>
        <w:tc>
          <w:tcPr>
            <w:tcW w:type="dxa" w:w="14256"/>
            <w:shd w:fill="E3B341"/>
          </w:tcPr>
          <w:p>
            <w:r/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64"/>
        <w:gridCol w:w="3564"/>
        <w:gridCol w:w="3564"/>
        <w:gridCol w:w="3564"/>
      </w:tblGrid>
      <w:tr>
        <w:tc>
          <w:tcPr>
            <w:tcW w:type="dxa" w:w="35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Project</w:t>
              <w:br/>
            </w:r>
            <w:r>
              <w:t>________________________________________</w:t>
            </w:r>
          </w:p>
        </w:tc>
        <w:tc>
          <w:tcPr>
            <w:tcW w:type="dxa" w:w="35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Scene</w:t>
              <w:br/>
            </w:r>
            <w:r>
              <w:t>________________________________________</w:t>
            </w:r>
          </w:p>
        </w:tc>
        <w:tc>
          <w:tcPr>
            <w:tcW w:type="dxa" w:w="35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Director / Artist</w:t>
              <w:br/>
            </w:r>
            <w:r>
              <w:t>________________________________________</w:t>
            </w:r>
          </w:p>
        </w:tc>
        <w:tc>
          <w:tcPr>
            <w:tcW w:type="dxa" w:w="35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Date</w:t>
              <w:br/>
            </w:r>
            <w:r>
              <w:t>________________________________________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2"/>
        <w:gridCol w:w="4752"/>
        <w:gridCol w:w="4752"/>
      </w:tblGrid>
      <w:tr>
        <w:tc>
          <w:tcPr>
            <w:tcW w:type="dxa" w:w="4752"/>
            <w:shd w:fill="F2F5F7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FRAME 1</w:t>
              <w:br/>
              <w:br/>
              <w:br/>
              <w:br/>
              <w:br/>
              <w:br/>
            </w:r>
          </w:p>
        </w:tc>
        <w:tc>
          <w:tcPr>
            <w:tcW w:type="dxa" w:w="47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ACTION / COMPOSITION</w:t>
              <w:br/>
              <w:br/>
              <w:br/>
            </w:r>
          </w:p>
        </w:tc>
        <w:tc>
          <w:tcPr>
            <w:tcW w:type="dxa" w:w="47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CAMERA / SOUND</w:t>
              <w:br/>
              <w:br/>
              <w:br/>
            </w:r>
          </w:p>
        </w:tc>
      </w:tr>
      <w:tr>
        <w:tc>
          <w:tcPr>
            <w:tcW w:type="dxa" w:w="4752"/>
            <w:shd w:fill="F2F5F7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FRAME 2</w:t>
              <w:br/>
              <w:br/>
              <w:br/>
              <w:br/>
              <w:br/>
              <w:br/>
            </w:r>
          </w:p>
        </w:tc>
        <w:tc>
          <w:tcPr>
            <w:tcW w:type="dxa" w:w="47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ACTION / COMPOSITION</w:t>
              <w:br/>
              <w:br/>
              <w:br/>
            </w:r>
          </w:p>
        </w:tc>
        <w:tc>
          <w:tcPr>
            <w:tcW w:type="dxa" w:w="47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CAMERA / SOUND</w:t>
              <w:br/>
              <w:br/>
              <w:br/>
            </w:r>
          </w:p>
        </w:tc>
      </w:tr>
      <w:tr>
        <w:tc>
          <w:tcPr>
            <w:tcW w:type="dxa" w:w="4752"/>
            <w:shd w:fill="F2F5F7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FRAME 3</w:t>
              <w:br/>
              <w:br/>
              <w:br/>
              <w:br/>
              <w:br/>
              <w:br/>
            </w:r>
          </w:p>
        </w:tc>
        <w:tc>
          <w:tcPr>
            <w:tcW w:type="dxa" w:w="47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ACTION / COMPOSITION</w:t>
              <w:br/>
              <w:br/>
              <w:br/>
            </w:r>
          </w:p>
        </w:tc>
        <w:tc>
          <w:tcPr>
            <w:tcW w:type="dxa" w:w="47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CAMERA / SOUND</w:t>
              <w:br/>
              <w:br/>
              <w:br/>
            </w:r>
          </w:p>
        </w:tc>
      </w:tr>
      <w:tr>
        <w:tc>
          <w:tcPr>
            <w:tcW w:type="dxa" w:w="4752"/>
            <w:shd w:fill="F2F5F7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FRAME 4</w:t>
              <w:br/>
              <w:br/>
              <w:br/>
              <w:br/>
              <w:br/>
              <w:br/>
            </w:r>
          </w:p>
        </w:tc>
        <w:tc>
          <w:tcPr>
            <w:tcW w:type="dxa" w:w="47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ACTION / COMPOSITION</w:t>
              <w:br/>
              <w:br/>
              <w:br/>
            </w:r>
          </w:p>
        </w:tc>
        <w:tc>
          <w:tcPr>
            <w:tcW w:type="dxa" w:w="47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CAMERA / SOUND</w:t>
              <w:br/>
              <w:br/>
              <w:br/>
            </w:r>
          </w:p>
        </w:tc>
      </w:tr>
      <w:tr>
        <w:tc>
          <w:tcPr>
            <w:tcW w:type="dxa" w:w="4752"/>
            <w:shd w:fill="F2F5F7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FRAME 5</w:t>
              <w:br/>
              <w:br/>
              <w:br/>
              <w:br/>
              <w:br/>
              <w:br/>
            </w:r>
          </w:p>
        </w:tc>
        <w:tc>
          <w:tcPr>
            <w:tcW w:type="dxa" w:w="47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ACTION / COMPOSITION</w:t>
              <w:br/>
              <w:br/>
              <w:br/>
            </w:r>
          </w:p>
        </w:tc>
        <w:tc>
          <w:tcPr>
            <w:tcW w:type="dxa" w:w="47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CAMERA / SOUND</w:t>
              <w:br/>
              <w:br/>
              <w:br/>
            </w:r>
          </w:p>
        </w:tc>
      </w:tr>
      <w:tr>
        <w:tc>
          <w:tcPr>
            <w:tcW w:type="dxa" w:w="4752"/>
            <w:shd w:fill="F2F5F7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FRAME 6</w:t>
              <w:br/>
              <w:br/>
              <w:br/>
              <w:br/>
              <w:br/>
              <w:br/>
            </w:r>
          </w:p>
        </w:tc>
        <w:tc>
          <w:tcPr>
            <w:tcW w:type="dxa" w:w="47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ACTION / COMPOSITION</w:t>
              <w:br/>
              <w:br/>
              <w:br/>
            </w:r>
          </w:p>
        </w:tc>
        <w:tc>
          <w:tcPr>
            <w:tcW w:type="dxa" w:w="475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t>CAMERA / SOUND</w:t>
              <w:br/>
              <w:br/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6"/>
      </w:tblGrid>
      <w:tr>
        <w:tc>
          <w:tcPr>
            <w:tcW w:type="dxa" w:w="14256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Sequence notes / transitions</w:t>
              <w:br/>
            </w:r>
            <w:r>
              <w:t>________________________________________</w:t>
            </w:r>
          </w:p>
        </w:tc>
      </w:tr>
      <w:tr>
        <w:tc>
          <w:tcPr>
            <w:tcW w:type="dxa" w:w="14256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Props / continuity</w:t>
              <w:br/>
            </w:r>
            <w:r>
              <w:t>________________________________________</w:t>
            </w:r>
          </w:p>
        </w:tc>
      </w:tr>
    </w:tbl>
    <w:p/>
    <w:sectPr w:rsidR="00FC693F" w:rsidRPr="0006063C" w:rsidSect="00034616">
      <w:footerReference w:type="default" r:id="rId9"/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color w:val="5B6873"/>
        <w:sz w:val="14"/>
      </w:rPr>
      <w:t>DRAFTSRUSH  •  FREE FILMMAKING TEMPLATE  •  EDITABLE IN WORD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33B53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