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Film Call Sheet</w:t>
      </w:r>
    </w:p>
    <w:p>
      <w:pPr>
        <w:spacing w:after="160"/>
      </w:pPr>
      <w:r>
        <w:rPr>
          <w:color w:val="5B6873"/>
        </w:rPr>
        <w:t>Share with the production team. Confirm all times, locations, and emergency details before distribution.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E3B341"/>
          </w:tcPr>
          <w:p>
            <w:r/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b/>
                <w:color w:val="233B53"/>
                <w:sz w:val="16"/>
              </w:rPr>
              <w:t>Production / Project</w:t>
              <w:br/>
            </w:r>
            <w:r>
              <w:t>________________________________________</w:t>
            </w:r>
          </w:p>
        </w:tc>
        <w:tc>
          <w:tcPr>
            <w:tcW w:type="dxa" w:w="532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b/>
                <w:color w:val="233B53"/>
                <w:sz w:val="16"/>
              </w:rPr>
              <w:t>Shoot Date</w:t>
              <w:br/>
            </w:r>
            <w:r>
              <w:t>________________________________________</w:t>
            </w:r>
          </w:p>
        </w:tc>
      </w:tr>
      <w:tr>
        <w:tc>
          <w:tcPr>
            <w:tcW w:type="dxa" w:w="532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b/>
                <w:color w:val="233B53"/>
                <w:sz w:val="16"/>
              </w:rPr>
              <w:t>Shoot Day #</w:t>
              <w:br/>
            </w:r>
            <w:r>
              <w:t>________________________________________</w:t>
            </w:r>
          </w:p>
        </w:tc>
        <w:tc>
          <w:tcPr>
            <w:tcW w:type="dxa" w:w="532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b/>
                <w:color w:val="233B53"/>
                <w:sz w:val="16"/>
              </w:rPr>
              <w:t>Call Time</w:t>
              <w:br/>
            </w:r>
            <w:r>
              <w:t>________________________________________</w:t>
            </w:r>
          </w:p>
        </w:tc>
      </w:tr>
      <w:tr>
        <w:tc>
          <w:tcPr>
            <w:tcW w:type="dxa" w:w="532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b/>
                <w:color w:val="233B53"/>
                <w:sz w:val="16"/>
              </w:rPr>
              <w:t>Estimated Wrap</w:t>
              <w:br/>
            </w:r>
            <w:r>
              <w:t>________________________________________</w:t>
            </w:r>
          </w:p>
        </w:tc>
        <w:tc>
          <w:tcPr>
            <w:tcW w:type="dxa" w:w="532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b/>
                <w:color w:val="233B53"/>
                <w:sz w:val="16"/>
              </w:rPr>
              <w:t>Weather / Conditions</w:t>
              <w:br/>
            </w:r>
            <w:r>
              <w:t>________________________________________</w:t>
            </w:r>
          </w:p>
        </w:tc>
      </w:tr>
      <w:tr>
        <w:tc>
          <w:tcPr>
            <w:tcW w:type="dxa" w:w="532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b/>
                <w:color w:val="233B53"/>
                <w:sz w:val="16"/>
              </w:rPr>
              <w:t>Producer / AD</w:t>
              <w:br/>
            </w:r>
            <w:r>
              <w:t>________________________________________</w:t>
            </w:r>
          </w:p>
        </w:tc>
        <w:tc>
          <w:tcPr>
            <w:tcW w:type="dxa" w:w="532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b/>
                <w:color w:val="233B53"/>
                <w:sz w:val="16"/>
              </w:rPr>
              <w:t>Version / Updated</w:t>
              <w:br/>
            </w:r>
            <w:r>
              <w:t>________________________________________</w:t>
            </w:r>
          </w:p>
        </w:tc>
      </w:tr>
    </w:tbl>
    <w:p/>
    <w:p>
      <w:pPr>
        <w:spacing w:before="100"/>
      </w:pPr>
      <w:r>
        <w:rPr>
          <w:b/>
          <w:color w:val="233B53"/>
          <w:sz w:val="20"/>
        </w:rPr>
        <w:t>LOCATIONS &amp; CONTACTS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2664"/>
            <w:shd w:fill="233B53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  <w:sz w:val="16"/>
              </w:rPr>
              <w:t>Location</w:t>
            </w:r>
          </w:p>
        </w:tc>
        <w:tc>
          <w:tcPr>
            <w:tcW w:type="dxa" w:w="2664"/>
            <w:shd w:fill="233B53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  <w:sz w:val="16"/>
              </w:rPr>
              <w:t>Address / access notes</w:t>
            </w:r>
          </w:p>
        </w:tc>
        <w:tc>
          <w:tcPr>
            <w:tcW w:type="dxa" w:w="2664"/>
            <w:shd w:fill="233B53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  <w:sz w:val="16"/>
              </w:rPr>
              <w:t>Parking / basecamp</w:t>
            </w:r>
          </w:p>
        </w:tc>
        <w:tc>
          <w:tcPr>
            <w:tcW w:type="dxa" w:w="2664"/>
            <w:shd w:fill="233B53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  <w:sz w:val="16"/>
              </w:rPr>
              <w:t>Contact / phone</w:t>
            </w:r>
          </w:p>
        </w:tc>
      </w:tr>
      <w:tr>
        <w:tc>
          <w:tcPr>
            <w:tcW w:type="dxa" w:w="2664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664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664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664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664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664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664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664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664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664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664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664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</w:tr>
    </w:tbl>
    <w:p/>
    <w:p>
      <w:pPr>
        <w:spacing w:before="100"/>
      </w:pPr>
      <w:r>
        <w:rPr>
          <w:b/>
          <w:color w:val="233B53"/>
          <w:sz w:val="20"/>
        </w:rPr>
        <w:t>SCHEDULE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31"/>
        <w:gridCol w:w="2131"/>
        <w:gridCol w:w="2131"/>
        <w:gridCol w:w="2131"/>
        <w:gridCol w:w="2131"/>
      </w:tblGrid>
      <w:tr>
        <w:tc>
          <w:tcPr>
            <w:tcW w:type="dxa" w:w="2131"/>
            <w:shd w:fill="233B53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  <w:sz w:val="16"/>
              </w:rPr>
              <w:t>Time</w:t>
            </w:r>
          </w:p>
        </w:tc>
        <w:tc>
          <w:tcPr>
            <w:tcW w:type="dxa" w:w="2131"/>
            <w:shd w:fill="233B53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  <w:sz w:val="16"/>
              </w:rPr>
              <w:t>Scene(s)</w:t>
            </w:r>
          </w:p>
        </w:tc>
        <w:tc>
          <w:tcPr>
            <w:tcW w:type="dxa" w:w="2131"/>
            <w:shd w:fill="233B53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  <w:sz w:val="16"/>
              </w:rPr>
              <w:t>Location</w:t>
            </w:r>
          </w:p>
        </w:tc>
        <w:tc>
          <w:tcPr>
            <w:tcW w:type="dxa" w:w="2131"/>
            <w:shd w:fill="233B53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  <w:sz w:val="16"/>
              </w:rPr>
              <w:t>Cast / department</w:t>
            </w:r>
          </w:p>
        </w:tc>
        <w:tc>
          <w:tcPr>
            <w:tcW w:type="dxa" w:w="2131"/>
            <w:shd w:fill="233B53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  <w:sz w:val="16"/>
              </w:rPr>
              <w:t>Notes</w:t>
            </w:r>
          </w:p>
        </w:tc>
      </w:tr>
      <w:tr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</w:tr>
    </w:tbl>
    <w:p/>
    <w:p>
      <w:pPr>
        <w:spacing w:before="100"/>
      </w:pPr>
      <w:r>
        <w:rPr>
          <w:b/>
          <w:color w:val="233B53"/>
          <w:sz w:val="20"/>
        </w:rPr>
        <w:t>CAST CALL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31"/>
        <w:gridCol w:w="2131"/>
        <w:gridCol w:w="2131"/>
        <w:gridCol w:w="2131"/>
        <w:gridCol w:w="2131"/>
      </w:tblGrid>
      <w:tr>
        <w:tc>
          <w:tcPr>
            <w:tcW w:type="dxa" w:w="2131"/>
            <w:shd w:fill="233B53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  <w:sz w:val="16"/>
              </w:rPr>
              <w:t>Cast # / name</w:t>
            </w:r>
          </w:p>
        </w:tc>
        <w:tc>
          <w:tcPr>
            <w:tcW w:type="dxa" w:w="2131"/>
            <w:shd w:fill="233B53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  <w:sz w:val="16"/>
              </w:rPr>
              <w:t>Call time</w:t>
            </w:r>
          </w:p>
        </w:tc>
        <w:tc>
          <w:tcPr>
            <w:tcW w:type="dxa" w:w="2131"/>
            <w:shd w:fill="233B53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  <w:sz w:val="16"/>
              </w:rPr>
              <w:t>HMU / wardrobe</w:t>
            </w:r>
          </w:p>
        </w:tc>
        <w:tc>
          <w:tcPr>
            <w:tcW w:type="dxa" w:w="2131"/>
            <w:shd w:fill="233B53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  <w:sz w:val="16"/>
              </w:rPr>
              <w:t>Scene(s)</w:t>
            </w:r>
          </w:p>
        </w:tc>
        <w:tc>
          <w:tcPr>
            <w:tcW w:type="dxa" w:w="2131"/>
            <w:shd w:fill="233B53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  <w:sz w:val="16"/>
              </w:rPr>
              <w:t>Notes</w:t>
            </w:r>
          </w:p>
        </w:tc>
      </w:tr>
      <w:tr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</w:tr>
    </w:tbl>
    <w:p/>
    <w:p>
      <w:pPr>
        <w:spacing w:before="100"/>
      </w:pPr>
      <w:r>
        <w:rPr>
          <w:b/>
          <w:color w:val="233B53"/>
          <w:sz w:val="20"/>
        </w:rPr>
        <w:t>CREW / IMPORTANT CONTACTS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2664"/>
            <w:shd w:fill="233B53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  <w:sz w:val="16"/>
              </w:rPr>
              <w:t>Role</w:t>
            </w:r>
          </w:p>
        </w:tc>
        <w:tc>
          <w:tcPr>
            <w:tcW w:type="dxa" w:w="2664"/>
            <w:shd w:fill="233B53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  <w:sz w:val="16"/>
              </w:rPr>
              <w:t>Name</w:t>
            </w:r>
          </w:p>
        </w:tc>
        <w:tc>
          <w:tcPr>
            <w:tcW w:type="dxa" w:w="2664"/>
            <w:shd w:fill="233B53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  <w:sz w:val="16"/>
              </w:rPr>
              <w:t>Phone / radio</w:t>
            </w:r>
          </w:p>
        </w:tc>
        <w:tc>
          <w:tcPr>
            <w:tcW w:type="dxa" w:w="2664"/>
            <w:shd w:fill="233B53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FFFFFF"/>
                <w:sz w:val="16"/>
              </w:rPr>
              <w:t>Notes</w:t>
            </w:r>
          </w:p>
        </w:tc>
      </w:tr>
      <w:tr>
        <w:tc>
          <w:tcPr>
            <w:tcW w:type="dxa" w:w="2664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664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664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664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664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664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664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664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664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664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664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664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664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664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664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664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2664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664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664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  <w:tc>
          <w:tcPr>
            <w:tcW w:type="dxa" w:w="2664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sz w:val="16"/>
              </w:rPr>
            </w:r>
          </w:p>
        </w:tc>
      </w:tr>
    </w:tbl>
    <w:p/>
    <w:p>
      <w:pPr>
        <w:spacing w:before="100"/>
      </w:pPr>
      <w:r>
        <w:rPr>
          <w:b/>
          <w:color w:val="233B53"/>
          <w:sz w:val="20"/>
        </w:rPr>
        <w:t>SAFETY &amp; REMINDERS</w:t>
      </w:r>
    </w:p>
    <w:p>
      <w:r>
        <w:t>☐ Emergency exits reviewed     ☐ First-aid contact confirmed     ☐ Weather risks checked</w:t>
      </w:r>
    </w:p>
    <w:p>
      <w:r>
        <w:t>☐ Stunts / effects briefed     ☐ Permits / releases confirmed     ☐ Transport plan confirmed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b/>
                <w:color w:val="233B53"/>
                <w:sz w:val="16"/>
              </w:rPr>
              <w:t>Nearest hospital / emergency address</w:t>
              <w:br/>
            </w:r>
            <w:r>
              <w:t>________________________________________</w:t>
            </w:r>
          </w:p>
        </w:tc>
      </w:tr>
      <w:tr>
        <w:tc>
          <w:tcPr>
            <w:tcW w:type="dxa" w:w="10656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/>
            <w:r>
              <w:rPr>
                <w:b/>
                <w:color w:val="233B53"/>
                <w:sz w:val="16"/>
              </w:rPr>
              <w:t>Emergency contact / safety lead</w:t>
              <w:br/>
            </w:r>
            <w:r>
              <w:t>________________________________________</w:t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  <w:color w:val="5B6873"/>
        <w:sz w:val="14"/>
      </w:rPr>
      <w:t>DRAFTSRUSH  •  FREE FILMMAKING TEMPLATE  •  EDITABLE IN WORD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233B53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